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8: שלושת הזוכים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שם המספר – שלושת הזוכים: לפני שם עצם מיודע (עם ה׳ הידיעה) המספר בא בסמיכות: שלושת הזוכים, חמשת השירים, עשרת הכרטיסים, שני המנחים.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https://shem-hamispar-mesima.sites.tab.bot/mesima-08.html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למשימה 8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הסיפור: בסוף הערב נוגה תכריז על הזוכים. היא מתרגלת את נאום הסיום – אבל חסרות לה מילים.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השלימו את המשפטים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שלושת   2) שתי   3) חמשת   4) ארבע   5) עשרת   6) שני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שני המנחים (2)   3)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נאום הזוכים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🏆 משימה 8: שלושת הזוכים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צוות ההפקה של ערב הכישרונות צריך אתכם! השלימו את המשפטים: גררו את המספר המתאים למקום הריק.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השלימו את המילה החסרה.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לפני שם עצם מיודע (עם ה׳ הידיעה) המספר בא בסמיכות: שלושת הזוכים, חמשת השירים, עשרת הכרטיסים, שני המנחים. בנקבה הצורה כמעט לא משתנה: שלוש השופטות, ארבע הלהקות, שתי הקבוצות. בלי ה׳ הידיעה: שלושה זוכים – אבל: שלושת הזוכים.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________ הזוכים יעלו לבמה. (3)  [שלושה / שלושת]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________ הקבוצות קיבלו תעודה. (2)  [שתי / שתיים]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________ השירים הראשונים היו מרגשים. (5)  [חמישה / חמשת]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________ השופטות ישבו בשורה הראשונה. (4)  [ארבע / ארבעה / ארבעת]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________ הכרטיסים האחרונים נמכרו. (10)  [עשרה / עשרת]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________ המנחים עלו יחד לבמה. (2)  [שני / שניים]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שלושת הזוכים (3)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שניים המנחים (2)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ארבע השופטות (4)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נאום הזוכים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מנאום סיום עם מספר בסמיכות (שלושת הזוכים, שתי הקבוצות, חמשת השירים).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8: שלושת הזוכים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